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52958C" w14:textId="7B9D7391" w:rsidR="002112B1" w:rsidRPr="001137F9" w:rsidRDefault="001137F9" w:rsidP="00CE7D56">
      <w:pPr>
        <w:pStyle w:val="Nzev"/>
      </w:pPr>
      <w:r w:rsidRPr="00CE7D56">
        <w:t>Výživné</w:t>
      </w:r>
      <w:r w:rsidR="00425DCB" w:rsidRPr="00371036">
        <w:rPr>
          <w:noProof/>
        </w:rPr>
        <w:drawing>
          <wp:anchor distT="0" distB="0" distL="114300" distR="114300" simplePos="0" relativeHeight="251662336" behindDoc="1" locked="1" layoutInCell="1" allowOverlap="1" wp14:anchorId="62677E81" wp14:editId="5BA2400B">
            <wp:simplePos x="0" y="0"/>
            <wp:positionH relativeFrom="column">
              <wp:posOffset>4793615</wp:posOffset>
            </wp:positionH>
            <wp:positionV relativeFrom="page">
              <wp:posOffset>310515</wp:posOffset>
            </wp:positionV>
            <wp:extent cx="1659890" cy="854075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3" r="2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8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8B7C3" w14:textId="212E84EA" w:rsidR="001010A8" w:rsidRPr="002A6117" w:rsidRDefault="002112B1" w:rsidP="00847C77">
      <w:pPr>
        <w:pStyle w:val="Podnadpis"/>
        <w:pBdr>
          <w:bottom w:val="single" w:sz="8" w:space="1" w:color="004290"/>
        </w:pBdr>
        <w:spacing w:after="240"/>
        <w:rPr>
          <w:b/>
          <w:bCs/>
          <w:color w:val="004290"/>
        </w:rPr>
      </w:pPr>
      <w:r w:rsidRPr="002A6117">
        <w:rPr>
          <w:b/>
          <w:bCs/>
          <w:color w:val="004290"/>
        </w:rPr>
        <w:t>Co byste měli vědět o výživném na dítě?</w:t>
      </w:r>
    </w:p>
    <w:p w14:paraId="343537DE" w14:textId="77777777" w:rsidR="00730FCF" w:rsidRDefault="00730FCF" w:rsidP="00C717B6">
      <w:pPr>
        <w:pStyle w:val="Nadpis1"/>
        <w:sectPr w:rsidR="00730FCF" w:rsidSect="00061BAA">
          <w:type w:val="continuous"/>
          <w:pgSz w:w="11906" w:h="16838"/>
          <w:pgMar w:top="851" w:right="851" w:bottom="851" w:left="851" w:header="170" w:footer="170" w:gutter="0"/>
          <w:cols w:space="720"/>
          <w:docGrid w:linePitch="360"/>
        </w:sectPr>
      </w:pPr>
    </w:p>
    <w:p w14:paraId="359B4B72" w14:textId="1CEC9765" w:rsidR="001010A8" w:rsidRPr="00A74F0E" w:rsidRDefault="001010A8" w:rsidP="00C717B6">
      <w:pPr>
        <w:pStyle w:val="Nadpis1"/>
      </w:pPr>
      <w:r w:rsidRPr="00C717B6">
        <w:t xml:space="preserve">Kdo </w:t>
      </w:r>
      <w:r w:rsidRPr="00A74F0E">
        <w:t xml:space="preserve">má nárok na </w:t>
      </w:r>
      <w:r w:rsidRPr="00BE0CB5">
        <w:t>výživné</w:t>
      </w:r>
      <w:r w:rsidRPr="00A74F0E">
        <w:t>?</w:t>
      </w:r>
    </w:p>
    <w:p w14:paraId="21AA183A" w14:textId="250B8095" w:rsidR="001010A8" w:rsidRPr="00400C78" w:rsidRDefault="001010A8" w:rsidP="006F51B8">
      <w:r w:rsidRPr="00400C78">
        <w:t>Oba rodiče mají povinnost své dítě živit. Výživné nezajišťuje jen jídlo, ale také bydlení, oblečení, školu, zdravotní péči, zájmy a</w:t>
      </w:r>
      <w:r w:rsidR="00A90DAA">
        <w:t> </w:t>
      </w:r>
      <w:r w:rsidRPr="00400C78">
        <w:t>další potřeby dítěte.</w:t>
      </w:r>
    </w:p>
    <w:p w14:paraId="15702B4F" w14:textId="77777777" w:rsidR="001010A8" w:rsidRPr="00061BAA" w:rsidRDefault="001010A8" w:rsidP="006F51B8">
      <w:r w:rsidRPr="00061BAA">
        <w:rPr>
          <w:b/>
          <w:bCs/>
        </w:rPr>
        <w:t>Vyživovací povinnost nekončí automaticky v 18 letech</w:t>
      </w:r>
      <w:r w:rsidRPr="00061BAA">
        <w:t xml:space="preserve">. Trvá, dokud dítě není schopné se samo živit – typicky po dobu studia nebo pokud mu samostatné živobytí </w:t>
      </w:r>
      <w:r w:rsidRPr="006F51B8">
        <w:t>znemožňuje</w:t>
      </w:r>
      <w:r w:rsidRPr="00061BAA">
        <w:t xml:space="preserve"> zdravotní stav.</w:t>
      </w:r>
    </w:p>
    <w:p w14:paraId="0B3A3F0F" w14:textId="77777777" w:rsidR="001010A8" w:rsidRPr="00061BAA" w:rsidRDefault="001010A8" w:rsidP="006F51B8">
      <w:r w:rsidRPr="00061BAA">
        <w:t>U zletilého dítěte se posuzuje také to, zda studium skutečně směřuje k budoucímu uplatnění.</w:t>
      </w:r>
    </w:p>
    <w:p w14:paraId="5491CF41" w14:textId="77777777" w:rsidR="001010A8" w:rsidRPr="00061BAA" w:rsidRDefault="001010A8" w:rsidP="00C717B6">
      <w:pPr>
        <w:pStyle w:val="Nadpis1"/>
      </w:pPr>
      <w:r w:rsidRPr="00061BAA">
        <w:t xml:space="preserve">Jak se </w:t>
      </w:r>
      <w:r w:rsidRPr="00B75EA9">
        <w:t>určuje</w:t>
      </w:r>
      <w:r w:rsidRPr="00061BAA">
        <w:t xml:space="preserve"> výše výživného?</w:t>
      </w:r>
    </w:p>
    <w:p w14:paraId="78C8E247" w14:textId="77777777" w:rsidR="001010A8" w:rsidRPr="00061BAA" w:rsidRDefault="001010A8" w:rsidP="006F51B8">
      <w:r w:rsidRPr="00061BAA">
        <w:t>Rodiče se mohou na výživném dohodnout. Pokud dohoda není možná, rozhodne soud.</w:t>
      </w:r>
    </w:p>
    <w:p w14:paraId="4D9DACB0" w14:textId="77777777" w:rsidR="001010A8" w:rsidRPr="00061BAA" w:rsidRDefault="001010A8" w:rsidP="006F51B8">
      <w:r w:rsidRPr="00061BAA">
        <w:t>Soud přihlíží zejména k:</w:t>
      </w:r>
    </w:p>
    <w:p w14:paraId="34F6AF2F" w14:textId="77777777" w:rsidR="001010A8" w:rsidRPr="00061BAA" w:rsidRDefault="001010A8" w:rsidP="006F51B8">
      <w:pPr>
        <w:pStyle w:val="Odstavecseseznamem"/>
        <w:numPr>
          <w:ilvl w:val="0"/>
          <w:numId w:val="11"/>
        </w:numPr>
      </w:pPr>
      <w:r w:rsidRPr="00061BAA">
        <w:t>potřebám dítěte,</w:t>
      </w:r>
    </w:p>
    <w:p w14:paraId="76AB7058" w14:textId="77777777" w:rsidR="001010A8" w:rsidRPr="00061BAA" w:rsidRDefault="001010A8" w:rsidP="006F51B8">
      <w:pPr>
        <w:pStyle w:val="Odstavecseseznamem"/>
        <w:numPr>
          <w:ilvl w:val="0"/>
          <w:numId w:val="11"/>
        </w:numPr>
      </w:pPr>
      <w:r w:rsidRPr="00061BAA">
        <w:t>příjmům, majetku a možnostem rodičů,</w:t>
      </w:r>
    </w:p>
    <w:p w14:paraId="2A01CABE" w14:textId="77777777" w:rsidR="001010A8" w:rsidRPr="00061BAA" w:rsidRDefault="001010A8" w:rsidP="006F51B8">
      <w:pPr>
        <w:pStyle w:val="Odstavecseseznamem"/>
        <w:numPr>
          <w:ilvl w:val="0"/>
          <w:numId w:val="11"/>
        </w:numPr>
      </w:pPr>
      <w:r w:rsidRPr="00061BAA">
        <w:t>životní úrovni rodičů.</w:t>
      </w:r>
    </w:p>
    <w:p w14:paraId="21CBAEB8" w14:textId="77777777" w:rsidR="001010A8" w:rsidRPr="00061BAA" w:rsidRDefault="001010A8" w:rsidP="006F51B8">
      <w:r w:rsidRPr="00061BAA">
        <w:t>Dítě má právo podílet se na životní úrovni svých rodičů. Soud proto neposuzuje jen aktuální výplatu rodiče, ale také jeho majetek, kvalifikaci a možnosti výdělku.</w:t>
      </w:r>
    </w:p>
    <w:p w14:paraId="1DFA9E90" w14:textId="624D2E51" w:rsidR="001010A8" w:rsidRPr="00A90DAA" w:rsidRDefault="001010A8" w:rsidP="006F51B8">
      <w:pPr>
        <w:rPr>
          <w:spacing w:val="-4"/>
        </w:rPr>
      </w:pPr>
      <w:r w:rsidRPr="00A90DAA">
        <w:rPr>
          <w:spacing w:val="-4"/>
        </w:rPr>
        <w:t>Výživné se zpravidla platí každý měsíc předem. U nezletilého dítěte k</w:t>
      </w:r>
      <w:r w:rsidR="00A90DAA">
        <w:rPr>
          <w:spacing w:val="-4"/>
        </w:rPr>
        <w:t> </w:t>
      </w:r>
      <w:r w:rsidRPr="00A90DAA">
        <w:rPr>
          <w:spacing w:val="-4"/>
        </w:rPr>
        <w:t>rukám pečujícího rodiče, po dosažení zletilosti přímo dítěti.</w:t>
      </w:r>
    </w:p>
    <w:p w14:paraId="32A1CC5C" w14:textId="77777777" w:rsidR="001010A8" w:rsidRPr="00C717B6" w:rsidRDefault="001010A8" w:rsidP="00C717B6">
      <w:pPr>
        <w:pStyle w:val="Nadpis1"/>
      </w:pPr>
      <w:r w:rsidRPr="00C717B6">
        <w:t>Jak požádat soud o výživné?</w:t>
      </w:r>
    </w:p>
    <w:p w14:paraId="0429BB4B" w14:textId="77777777" w:rsidR="001010A8" w:rsidRPr="00061BAA" w:rsidRDefault="001010A8" w:rsidP="006F51B8">
      <w:r w:rsidRPr="00061BAA">
        <w:t>Pokud se rodiče nedohodnou, lze podat návrh k okresnímu soudu.</w:t>
      </w:r>
    </w:p>
    <w:p w14:paraId="1A394347" w14:textId="4D68A0B8" w:rsidR="001010A8" w:rsidRPr="006F51B8" w:rsidRDefault="001010A8" w:rsidP="006F51B8">
      <w:pPr>
        <w:rPr>
          <w:b/>
          <w:bCs/>
        </w:rPr>
      </w:pPr>
      <w:r w:rsidRPr="00061BAA">
        <w:t>U nezletilého dítěte návrh podává zpravidla pečující rodič k</w:t>
      </w:r>
      <w:r w:rsidR="00A90DAA">
        <w:t> </w:t>
      </w:r>
      <w:r w:rsidRPr="00061BAA">
        <w:t xml:space="preserve">soudu podle bydliště dítěte. </w:t>
      </w:r>
      <w:r w:rsidRPr="00061BAA">
        <w:rPr>
          <w:b/>
          <w:bCs/>
        </w:rPr>
        <w:t>Zletilé dítě podává návrh samo.</w:t>
      </w:r>
    </w:p>
    <w:p w14:paraId="21D6B52A" w14:textId="77777777" w:rsidR="001010A8" w:rsidRPr="00061BAA" w:rsidRDefault="001010A8" w:rsidP="006F51B8">
      <w:r w:rsidRPr="00061BAA">
        <w:t>V návrhu je potřeba zejména uvést:</w:t>
      </w:r>
    </w:p>
    <w:p w14:paraId="44F0D2D7" w14:textId="77777777" w:rsidR="001010A8" w:rsidRPr="00061BAA" w:rsidRDefault="001010A8" w:rsidP="006F51B8">
      <w:pPr>
        <w:pStyle w:val="Odstavecseseznamem"/>
        <w:numPr>
          <w:ilvl w:val="0"/>
          <w:numId w:val="12"/>
        </w:numPr>
      </w:pPr>
      <w:r w:rsidRPr="00061BAA">
        <w:t>požadovanou výši výživného,</w:t>
      </w:r>
    </w:p>
    <w:p w14:paraId="65D55FFD" w14:textId="77777777" w:rsidR="001010A8" w:rsidRPr="00061BAA" w:rsidRDefault="001010A8" w:rsidP="006F51B8">
      <w:pPr>
        <w:pStyle w:val="Odstavecseseznamem"/>
        <w:numPr>
          <w:ilvl w:val="0"/>
          <w:numId w:val="12"/>
        </w:numPr>
      </w:pPr>
      <w:r w:rsidRPr="00061BAA">
        <w:t>potřeby a náklady dítěte,</w:t>
      </w:r>
    </w:p>
    <w:p w14:paraId="45D05D9A" w14:textId="77777777" w:rsidR="001010A8" w:rsidRPr="00061BAA" w:rsidRDefault="001010A8" w:rsidP="006F51B8">
      <w:pPr>
        <w:pStyle w:val="Odstavecseseznamem"/>
        <w:numPr>
          <w:ilvl w:val="0"/>
          <w:numId w:val="12"/>
        </w:numPr>
      </w:pPr>
      <w:r w:rsidRPr="00061BAA">
        <w:t>informace o příjmech a možnostech rodičů,</w:t>
      </w:r>
    </w:p>
    <w:p w14:paraId="55BC0246" w14:textId="1F057DCF" w:rsidR="001010A8" w:rsidRPr="00061BAA" w:rsidRDefault="001010A8" w:rsidP="006F51B8">
      <w:pPr>
        <w:pStyle w:val="Odstavecseseznamem"/>
        <w:numPr>
          <w:ilvl w:val="0"/>
          <w:numId w:val="12"/>
        </w:numPr>
      </w:pPr>
      <w:r w:rsidRPr="00061BAA">
        <w:t>důkazy, které máte k dispozici.</w:t>
      </w:r>
    </w:p>
    <w:p w14:paraId="28B02B32" w14:textId="77777777" w:rsidR="001010A8" w:rsidRPr="00061BAA" w:rsidRDefault="001010A8" w:rsidP="006F51B8">
      <w:r w:rsidRPr="00061BAA">
        <w:t xml:space="preserve">Za řízení o výživném se neplatí soudní poplatek. </w:t>
      </w:r>
    </w:p>
    <w:p w14:paraId="0975E8FF" w14:textId="77777777" w:rsidR="001010A8" w:rsidRPr="00061BAA" w:rsidRDefault="001010A8" w:rsidP="006F51B8">
      <w:r w:rsidRPr="00061BAA">
        <w:t>Výživné pro dítě lze požadovat také až tři roky zpětně.</w:t>
      </w:r>
    </w:p>
    <w:p w14:paraId="0B782B39" w14:textId="77777777" w:rsidR="001010A8" w:rsidRPr="00061BAA" w:rsidRDefault="001010A8" w:rsidP="00C717B6">
      <w:pPr>
        <w:pStyle w:val="Nadpis1"/>
      </w:pPr>
      <w:r w:rsidRPr="00061BAA">
        <w:t>Změnila se situace?</w:t>
      </w:r>
    </w:p>
    <w:p w14:paraId="1C1EE01C" w14:textId="77777777" w:rsidR="001010A8" w:rsidRPr="00061BAA" w:rsidRDefault="001010A8" w:rsidP="006F51B8">
      <w:r w:rsidRPr="00061BAA">
        <w:t>Výživné není stanoveno navždy. Pokud se podstatně změní poměry dítěte nebo rodiče, lze požádat soud o zvýšení nebo snížení výživného.</w:t>
      </w:r>
    </w:p>
    <w:p w14:paraId="678840B3" w14:textId="77777777" w:rsidR="001010A8" w:rsidRPr="00061BAA" w:rsidRDefault="001010A8" w:rsidP="006F51B8">
      <w:r w:rsidRPr="00061BAA">
        <w:t>Může jít například o:</w:t>
      </w:r>
    </w:p>
    <w:p w14:paraId="71270B82" w14:textId="77777777" w:rsidR="001010A8" w:rsidRPr="00061BAA" w:rsidRDefault="001010A8" w:rsidP="006F51B8">
      <w:pPr>
        <w:pStyle w:val="Odstavecseseznamem"/>
        <w:numPr>
          <w:ilvl w:val="0"/>
          <w:numId w:val="13"/>
        </w:numPr>
      </w:pPr>
      <w:r w:rsidRPr="00061BAA">
        <w:t>vyšší náklady dítěte na školu nebo zdravotní péči,</w:t>
      </w:r>
    </w:p>
    <w:p w14:paraId="01F17D6E" w14:textId="77777777" w:rsidR="001010A8" w:rsidRPr="00061BAA" w:rsidRDefault="001010A8" w:rsidP="006F51B8">
      <w:pPr>
        <w:pStyle w:val="Odstavecseseznamem"/>
        <w:numPr>
          <w:ilvl w:val="0"/>
          <w:numId w:val="13"/>
        </w:numPr>
      </w:pPr>
      <w:r w:rsidRPr="00061BAA">
        <w:t>výraznou změnu příjmu rodiče,</w:t>
      </w:r>
    </w:p>
    <w:p w14:paraId="28659A89" w14:textId="77777777" w:rsidR="001010A8" w:rsidRPr="00061BAA" w:rsidRDefault="001010A8" w:rsidP="006F51B8">
      <w:pPr>
        <w:pStyle w:val="Odstavecseseznamem"/>
        <w:numPr>
          <w:ilvl w:val="0"/>
          <w:numId w:val="13"/>
        </w:numPr>
      </w:pPr>
      <w:r w:rsidRPr="00061BAA">
        <w:t>invaliditu nebo ztrátu zaměstnání,</w:t>
      </w:r>
    </w:p>
    <w:p w14:paraId="5CE64EBD" w14:textId="77777777" w:rsidR="001010A8" w:rsidRPr="00061BAA" w:rsidRDefault="001010A8" w:rsidP="006F51B8">
      <w:pPr>
        <w:pStyle w:val="Odstavecseseznamem"/>
        <w:numPr>
          <w:ilvl w:val="0"/>
          <w:numId w:val="13"/>
        </w:numPr>
      </w:pPr>
      <w:r w:rsidRPr="00061BAA">
        <w:t>vznik další vyživovací povinnosti.</w:t>
      </w:r>
    </w:p>
    <w:p w14:paraId="0A6798C2" w14:textId="77777777" w:rsidR="001010A8" w:rsidRPr="00061BAA" w:rsidRDefault="001010A8" w:rsidP="00C717B6">
      <w:pPr>
        <w:pStyle w:val="Nadpis1"/>
      </w:pPr>
      <w:r w:rsidRPr="00061BAA">
        <w:t>Co když rodič neplatí?</w:t>
      </w:r>
    </w:p>
    <w:p w14:paraId="435BF3C3" w14:textId="77777777" w:rsidR="001010A8" w:rsidRPr="00061BAA" w:rsidRDefault="001010A8" w:rsidP="006F51B8">
      <w:r w:rsidRPr="00061BAA">
        <w:t>Máte-li vykonatelné rozhodnutí soudu nebo soudem schválenou dohodu, můžete dlužné výživné vymáhat exekučně. Výživné je přednostní pohledávka. Exekutor může například:</w:t>
      </w:r>
    </w:p>
    <w:p w14:paraId="39A35CE7" w14:textId="77777777" w:rsidR="001010A8" w:rsidRPr="00061BAA" w:rsidRDefault="001010A8" w:rsidP="006F51B8">
      <w:pPr>
        <w:pStyle w:val="Odstavecseseznamem"/>
        <w:numPr>
          <w:ilvl w:val="0"/>
          <w:numId w:val="14"/>
        </w:numPr>
      </w:pPr>
      <w:r w:rsidRPr="00061BAA">
        <w:t>provádět srážky ze mzdy a dalších příjmů,</w:t>
      </w:r>
    </w:p>
    <w:p w14:paraId="4B2FD452" w14:textId="77777777" w:rsidR="001010A8" w:rsidRPr="00061BAA" w:rsidRDefault="001010A8" w:rsidP="006F51B8">
      <w:pPr>
        <w:pStyle w:val="Odstavecseseznamem"/>
        <w:numPr>
          <w:ilvl w:val="0"/>
          <w:numId w:val="14"/>
        </w:numPr>
      </w:pPr>
      <w:r w:rsidRPr="00061BAA">
        <w:t>postihnout peníze na účtu nebo jiný majetek,</w:t>
      </w:r>
    </w:p>
    <w:p w14:paraId="04F135CB" w14:textId="77777777" w:rsidR="001010A8" w:rsidRPr="00061BAA" w:rsidRDefault="001010A8" w:rsidP="006F51B8">
      <w:pPr>
        <w:pStyle w:val="Odstavecseseznamem"/>
        <w:numPr>
          <w:ilvl w:val="0"/>
          <w:numId w:val="14"/>
        </w:numPr>
      </w:pPr>
      <w:r w:rsidRPr="00061BAA">
        <w:t>v některých případech pozastavit řidičské oprávnění.</w:t>
      </w:r>
    </w:p>
    <w:p w14:paraId="7AE30010" w14:textId="3FDBA864" w:rsidR="001010A8" w:rsidRPr="00061BAA" w:rsidRDefault="001010A8" w:rsidP="006F51B8">
      <w:r w:rsidRPr="00061BAA">
        <w:t>Exekucí lze vymáhat nejen již vzniklý dluh, ale také běžné výživné do budoucna. Při vymáhání výživného nemá exekutor právo požadovat zálohu na vedení exekuce.</w:t>
      </w:r>
    </w:p>
    <w:p w14:paraId="718670E0" w14:textId="77777777" w:rsidR="001010A8" w:rsidRPr="00061BAA" w:rsidRDefault="001010A8" w:rsidP="00C717B6">
      <w:pPr>
        <w:pStyle w:val="Nadpis1"/>
      </w:pPr>
      <w:r w:rsidRPr="00061BAA">
        <w:t>Náhradní výživné</w:t>
      </w:r>
    </w:p>
    <w:p w14:paraId="4DA5465F" w14:textId="77777777" w:rsidR="001010A8" w:rsidRPr="00061BAA" w:rsidRDefault="001010A8" w:rsidP="006F51B8">
      <w:r w:rsidRPr="00061BAA">
        <w:t xml:space="preserve">Pokud je výživné vymáháno, ale rodič jej neplatí nebo platí jen část, může dítě za splnění podmínek získat </w:t>
      </w:r>
      <w:r w:rsidRPr="00061BAA">
        <w:rPr>
          <w:b/>
          <w:bCs/>
        </w:rPr>
        <w:t>náhradní výživné od státu</w:t>
      </w:r>
      <w:r w:rsidRPr="00061BAA">
        <w:t>.</w:t>
      </w:r>
    </w:p>
    <w:p w14:paraId="5889943C" w14:textId="77777777" w:rsidR="001010A8" w:rsidRPr="00061BAA" w:rsidRDefault="001010A8" w:rsidP="006F51B8">
      <w:pPr>
        <w:rPr>
          <w:b/>
          <w:bCs/>
        </w:rPr>
      </w:pPr>
      <w:r w:rsidRPr="00061BAA">
        <w:t xml:space="preserve">Stát doplácí rozdíl mezi soudem stanoveným a skutečně zaplaceným výživným, nejvýše však 3 000 Kč měsíčně na jedno dítě. </w:t>
      </w:r>
      <w:r w:rsidRPr="00061BAA">
        <w:rPr>
          <w:b/>
          <w:bCs/>
        </w:rPr>
        <w:t>Žádost se podává na Úřadu práce.</w:t>
      </w:r>
    </w:p>
    <w:p w14:paraId="3108A6F4" w14:textId="77777777" w:rsidR="001010A8" w:rsidRPr="00061BAA" w:rsidRDefault="001010A8" w:rsidP="00C717B6">
      <w:pPr>
        <w:pStyle w:val="Nadpis1"/>
      </w:pPr>
      <w:r w:rsidRPr="00061BAA">
        <w:t>Je neplacení výživného trestný čin?</w:t>
      </w:r>
    </w:p>
    <w:p w14:paraId="33F99A5C" w14:textId="77777777" w:rsidR="001010A8" w:rsidRPr="00061BAA" w:rsidRDefault="001010A8" w:rsidP="006F51B8">
      <w:r w:rsidRPr="00061BAA">
        <w:t>Od roku 2026 není trestné každé neplacení výživného.</w:t>
      </w:r>
    </w:p>
    <w:p w14:paraId="09A38C59" w14:textId="77777777" w:rsidR="001010A8" w:rsidRPr="00A90DAA" w:rsidRDefault="001010A8" w:rsidP="006F51B8">
      <w:pPr>
        <w:rPr>
          <w:spacing w:val="-2"/>
        </w:rPr>
      </w:pPr>
      <w:r w:rsidRPr="00A90DAA">
        <w:rPr>
          <w:spacing w:val="-2"/>
        </w:rPr>
        <w:t>Trestným činem může být neplacení déle než 4 měsíce, pokud tím rodič dítě skutečně vystaví nebezpečí nouze – například ohrozí zajištění bydlení, jídla, školní docházky nebo zdravotní péče.</w:t>
      </w:r>
    </w:p>
    <w:p w14:paraId="624BEC66" w14:textId="5C2F3AC5" w:rsidR="001010A8" w:rsidRPr="00061BAA" w:rsidRDefault="001010A8" w:rsidP="006F51B8">
      <w:r w:rsidRPr="00061BAA">
        <w:t>Trestní oznámení samo o sobě dlužné výživné nevymůže. K</w:t>
      </w:r>
      <w:r w:rsidR="00BF03FF">
        <w:t> </w:t>
      </w:r>
      <w:r w:rsidRPr="00061BAA">
        <w:t>získání peněz slouží především exekuce.</w:t>
      </w:r>
    </w:p>
    <w:p w14:paraId="78AD0388" w14:textId="77777777" w:rsidR="00730FCF" w:rsidRDefault="00730FCF" w:rsidP="006F51B8">
      <w:pPr>
        <w:sectPr w:rsidR="00730FCF" w:rsidSect="00730FCF">
          <w:type w:val="continuous"/>
          <w:pgSz w:w="11906" w:h="16838"/>
          <w:pgMar w:top="851" w:right="851" w:bottom="851" w:left="851" w:header="170" w:footer="170" w:gutter="0"/>
          <w:cols w:num="2" w:space="720"/>
          <w:docGrid w:linePitch="360"/>
        </w:sectPr>
      </w:pPr>
    </w:p>
    <w:p w14:paraId="74BB35C7" w14:textId="77777777" w:rsidR="001010A8" w:rsidRPr="00061BAA" w:rsidRDefault="001010A8" w:rsidP="006F51B8"/>
    <w:p w14:paraId="2F835818" w14:textId="5260A693" w:rsidR="00897186" w:rsidRPr="00097180" w:rsidRDefault="001010A8" w:rsidP="00C717B6">
      <w:pPr>
        <w:pStyle w:val="Nadpis1"/>
        <w:rPr>
          <w:color w:val="365F91" w:themeColor="accent1" w:themeShade="BF"/>
          <w:sz w:val="28"/>
          <w:szCs w:val="28"/>
        </w:rPr>
      </w:pPr>
      <w:r w:rsidRPr="00097180">
        <w:rPr>
          <w:sz w:val="28"/>
          <w:szCs w:val="28"/>
        </w:rPr>
        <w:t>Kde najdu pomoc?</w:t>
      </w:r>
    </w:p>
    <w:p w14:paraId="63F6576B" w14:textId="77777777" w:rsidR="00174E6A" w:rsidRDefault="00174E6A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14418B"/>
          <w:sz w:val="18"/>
          <w:szCs w:val="18"/>
        </w:rPr>
      </w:pPr>
    </w:p>
    <w:p w14:paraId="0F69602D" w14:textId="75E8F19B" w:rsidR="003052B3" w:rsidRPr="00B11B3A" w:rsidRDefault="003052B3" w:rsidP="00076DE4">
      <w:pPr>
        <w:pStyle w:val="Normlnweb"/>
        <w:pBdr>
          <w:bottom w:val="single" w:sz="8" w:space="3" w:color="auto"/>
        </w:pBdr>
        <w:spacing w:before="0" w:beforeAutospacing="0" w:after="120" w:afterAutospacing="0"/>
        <w:rPr>
          <w:rFonts w:asciiTheme="majorHAnsi" w:hAnsiTheme="majorHAnsi" w:cstheme="majorHAnsi"/>
          <w:b/>
          <w:bCs/>
          <w:sz w:val="18"/>
          <w:szCs w:val="18"/>
        </w:rPr>
      </w:pPr>
      <w:r w:rsidRPr="00B11B3A">
        <w:rPr>
          <w:rFonts w:asciiTheme="majorHAnsi" w:hAnsiTheme="majorHAnsi" w:cstheme="majorHAnsi"/>
          <w:b/>
          <w:bCs/>
          <w:color w:val="14418B"/>
          <w:sz w:val="28"/>
          <w:szCs w:val="28"/>
        </w:rPr>
        <w:t>Kontakt</w:t>
      </w:r>
      <w:r w:rsidR="00897186" w:rsidRPr="00B11B3A">
        <w:rPr>
          <w:rFonts w:asciiTheme="majorHAnsi" w:hAnsiTheme="majorHAnsi" w:cstheme="majorHAnsi"/>
          <w:b/>
          <w:bCs/>
          <w:color w:val="14418B"/>
          <w:sz w:val="28"/>
          <w:szCs w:val="28"/>
        </w:rPr>
        <w:t xml:space="preserve"> </w:t>
      </w:r>
      <w:r w:rsidR="00897186" w:rsidRPr="00B11B3A">
        <w:rPr>
          <w:rFonts w:asciiTheme="majorHAnsi" w:hAnsiTheme="majorHAnsi" w:cstheme="majorHAnsi"/>
          <w:b/>
          <w:bCs/>
          <w:color w:val="14418B"/>
          <w:sz w:val="18"/>
          <w:szCs w:val="18"/>
        </w:rPr>
        <w:t>(působnost: celá ČR)</w:t>
      </w:r>
    </w:p>
    <w:p w14:paraId="715BA3ED" w14:textId="77777777" w:rsidR="0094540E" w:rsidRDefault="0094540E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color w:val="FF751F"/>
        </w:rPr>
        <w:sectPr w:rsidR="0094540E" w:rsidSect="00061BAA">
          <w:type w:val="continuous"/>
          <w:pgSz w:w="11906" w:h="16838"/>
          <w:pgMar w:top="851" w:right="851" w:bottom="851" w:left="851" w:header="170" w:footer="170" w:gutter="0"/>
          <w:cols w:space="720"/>
          <w:docGrid w:linePitch="360"/>
        </w:sectPr>
      </w:pPr>
    </w:p>
    <w:p w14:paraId="5D8B9AD7" w14:textId="4A5178F9" w:rsidR="003052B3" w:rsidRPr="00F8068D" w:rsidRDefault="003052B3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proofErr w:type="spellStart"/>
      <w:r w:rsidRPr="00F8068D">
        <w:rPr>
          <w:rFonts w:asciiTheme="majorHAnsi" w:hAnsiTheme="majorHAnsi" w:cstheme="majorHAnsi"/>
          <w:b/>
          <w:bCs/>
          <w:color w:val="FF751F"/>
        </w:rPr>
        <w:t>Help</w:t>
      </w:r>
      <w:proofErr w:type="spellEnd"/>
      <w:r w:rsidRPr="00F8068D">
        <w:rPr>
          <w:rFonts w:asciiTheme="majorHAnsi" w:hAnsiTheme="majorHAnsi" w:cstheme="majorHAnsi"/>
          <w:b/>
          <w:bCs/>
          <w:color w:val="FF751F"/>
        </w:rPr>
        <w:t xml:space="preserve"> linka</w:t>
      </w:r>
      <w:r w:rsidR="00897186" w:rsidRPr="00F8068D">
        <w:rPr>
          <w:rFonts w:asciiTheme="majorHAnsi" w:hAnsiTheme="majorHAnsi" w:cstheme="majorHAnsi"/>
          <w:b/>
          <w:bCs/>
          <w:color w:val="FF751F"/>
        </w:rPr>
        <w:t xml:space="preserve"> </w:t>
      </w:r>
    </w:p>
    <w:p w14:paraId="78C77FF1" w14:textId="77777777" w:rsidR="0027074A" w:rsidRPr="001D7C71" w:rsidRDefault="0027074A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sz w:val="18"/>
          <w:szCs w:val="18"/>
        </w:rPr>
      </w:pPr>
      <w:r w:rsidRPr="001D7C71">
        <w:rPr>
          <w:rFonts w:asciiTheme="majorHAnsi" w:hAnsiTheme="majorHAnsi" w:cstheme="majorHAnsi"/>
          <w:b/>
          <w:bCs/>
          <w:color w:val="14418B"/>
          <w:sz w:val="18"/>
          <w:szCs w:val="18"/>
        </w:rPr>
        <w:t>řekni, co potřebuješ, spojí tě s přímou podporou</w:t>
      </w:r>
    </w:p>
    <w:p w14:paraId="32CBEBCA" w14:textId="494D9860" w:rsidR="009D12A1" w:rsidRPr="009D12A1" w:rsidRDefault="003052B3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sz w:val="32"/>
          <w:szCs w:val="32"/>
        </w:rPr>
      </w:pPr>
      <w:r w:rsidRPr="002C76E8">
        <w:rPr>
          <w:rFonts w:asciiTheme="majorHAnsi" w:hAnsiTheme="majorHAnsi" w:cstheme="majorHAnsi"/>
          <w:b/>
          <w:bCs/>
          <w:color w:val="14418B"/>
          <w:sz w:val="32"/>
          <w:szCs w:val="32"/>
        </w:rPr>
        <w:t>+420 770 600</w:t>
      </w:r>
      <w:r w:rsidR="009D12A1">
        <w:rPr>
          <w:rFonts w:asciiTheme="majorHAnsi" w:hAnsiTheme="majorHAnsi" w:cstheme="majorHAnsi"/>
          <w:b/>
          <w:bCs/>
          <w:color w:val="14418B"/>
          <w:sz w:val="32"/>
          <w:szCs w:val="32"/>
        </w:rPr>
        <w:t> </w:t>
      </w:r>
      <w:r w:rsidRPr="002C76E8">
        <w:rPr>
          <w:rFonts w:asciiTheme="majorHAnsi" w:hAnsiTheme="majorHAnsi" w:cstheme="majorHAnsi"/>
          <w:b/>
          <w:bCs/>
          <w:color w:val="14418B"/>
          <w:sz w:val="32"/>
          <w:szCs w:val="32"/>
        </w:rPr>
        <w:t>800</w:t>
      </w:r>
      <w:r w:rsidR="009D12A1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="00A40E9B" w:rsidRPr="009D12A1">
        <w:rPr>
          <w:rFonts w:ascii="Calibri" w:hAnsi="Calibri" w:cs="Calibri"/>
          <w:sz w:val="18"/>
          <w:szCs w:val="18"/>
        </w:rPr>
        <w:t>(Po-Pá 9-22 hod.)</w:t>
      </w:r>
    </w:p>
    <w:p w14:paraId="5476AC45" w14:textId="1A26B1ED" w:rsidR="0062647A" w:rsidRPr="009341C7" w:rsidRDefault="00847C77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sz w:val="21"/>
          <w:szCs w:val="21"/>
        </w:rPr>
      </w:pPr>
      <w:r>
        <w:rPr>
          <w:rFonts w:asciiTheme="majorHAnsi" w:hAnsiTheme="majorHAnsi" w:cstheme="majorHAnsi"/>
          <w:b/>
          <w:bCs/>
          <w:color w:val="14418B"/>
          <w:sz w:val="21"/>
          <w:szCs w:val="21"/>
        </w:rPr>
        <w:br/>
      </w:r>
      <w:r w:rsidR="0062647A" w:rsidRPr="009341C7">
        <w:rPr>
          <w:rFonts w:asciiTheme="majorHAnsi" w:hAnsiTheme="majorHAnsi" w:cstheme="majorHAnsi"/>
          <w:b/>
          <w:bCs/>
          <w:color w:val="14418B"/>
          <w:sz w:val="21"/>
          <w:szCs w:val="21"/>
        </w:rPr>
        <w:t>Vedoucí projektu</w:t>
      </w:r>
    </w:p>
    <w:p w14:paraId="67BBB3A6" w14:textId="77777777" w:rsidR="0062647A" w:rsidRPr="003052B3" w:rsidRDefault="0062647A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</w:pPr>
      <w:r w:rsidRPr="003052B3">
        <w:rPr>
          <w:rFonts w:asciiTheme="majorHAnsi" w:hAnsiTheme="majorHAnsi" w:cstheme="majorHAnsi"/>
          <w:color w:val="14418B"/>
          <w:sz w:val="18"/>
          <w:szCs w:val="18"/>
        </w:rPr>
        <w:t xml:space="preserve">Vlastimila </w:t>
      </w:r>
      <w:proofErr w:type="spellStart"/>
      <w:r w:rsidRPr="003052B3">
        <w:rPr>
          <w:rFonts w:asciiTheme="majorHAnsi" w:hAnsiTheme="majorHAnsi" w:cstheme="majorHAnsi"/>
          <w:color w:val="14418B"/>
          <w:sz w:val="18"/>
          <w:szCs w:val="18"/>
        </w:rPr>
        <w:t>Sachrová</w:t>
      </w:r>
      <w:proofErr w:type="spellEnd"/>
      <w:r w:rsidRPr="003052B3">
        <w:rPr>
          <w:rFonts w:asciiTheme="majorHAnsi" w:hAnsiTheme="majorHAnsi" w:cstheme="majorHAnsi"/>
          <w:color w:val="14418B"/>
          <w:sz w:val="18"/>
          <w:szCs w:val="18"/>
        </w:rPr>
        <w:t xml:space="preserve"> </w:t>
      </w:r>
    </w:p>
    <w:p w14:paraId="26E7C651" w14:textId="77777777" w:rsidR="0062647A" w:rsidRPr="003052B3" w:rsidRDefault="0062647A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</w:pPr>
      <w:r w:rsidRPr="003052B3">
        <w:rPr>
          <w:rFonts w:asciiTheme="majorHAnsi" w:hAnsiTheme="majorHAnsi" w:cstheme="majorHAnsi"/>
          <w:color w:val="14418B"/>
          <w:sz w:val="18"/>
          <w:szCs w:val="18"/>
        </w:rPr>
        <w:t>+420 602 363 026</w:t>
      </w:r>
    </w:p>
    <w:p w14:paraId="3F37A30B" w14:textId="2E280EF1" w:rsidR="0062647A" w:rsidRPr="004C5FCD" w:rsidRDefault="0062647A" w:rsidP="004A3655">
      <w:pPr>
        <w:pStyle w:val="Normlnweb"/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</w:pPr>
      <w:hyperlink r:id="rId9" w:history="1">
        <w:r w:rsidRPr="003052B3">
          <w:rPr>
            <w:rStyle w:val="Hypertextovodkaz"/>
            <w:rFonts w:asciiTheme="majorHAnsi" w:hAnsiTheme="majorHAnsi" w:cstheme="majorHAnsi"/>
            <w:color w:val="14418B"/>
            <w:sz w:val="18"/>
            <w:szCs w:val="18"/>
          </w:rPr>
          <w:t>vlastimila.sachrova@clovekvtisni.cz</w:t>
        </w:r>
      </w:hyperlink>
    </w:p>
    <w:p w14:paraId="1A2D05EC" w14:textId="3EC057A9" w:rsidR="003052B3" w:rsidRPr="00C717B6" w:rsidRDefault="004C5FCD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color w:val="FF751F"/>
        </w:rPr>
      </w:pPr>
      <w:r>
        <w:rPr>
          <w:rFonts w:asciiTheme="majorHAnsi" w:hAnsiTheme="majorHAnsi" w:cstheme="majorHAnsi"/>
          <w:b/>
          <w:bCs/>
          <w:color w:val="FF751F"/>
        </w:rPr>
        <w:br w:type="column"/>
      </w:r>
      <w:r w:rsidR="003052B3" w:rsidRPr="00C717B6">
        <w:rPr>
          <w:rFonts w:asciiTheme="majorHAnsi" w:hAnsiTheme="majorHAnsi" w:cstheme="majorHAnsi"/>
          <w:b/>
          <w:bCs/>
          <w:color w:val="FF751F"/>
        </w:rPr>
        <w:t>Web</w:t>
      </w:r>
    </w:p>
    <w:p w14:paraId="2CA76F6C" w14:textId="72997FC1" w:rsidR="00745A3D" w:rsidRPr="003618F5" w:rsidRDefault="00903FE0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sz w:val="18"/>
          <w:szCs w:val="18"/>
        </w:rPr>
      </w:pPr>
      <w:r w:rsidRPr="001D7C71">
        <w:rPr>
          <w:rFonts w:asciiTheme="majorHAnsi" w:hAnsiTheme="majorHAnsi" w:cstheme="majorHAnsi"/>
          <w:b/>
          <w:bCs/>
          <w:color w:val="14418B"/>
          <w:sz w:val="18"/>
          <w:szCs w:val="18"/>
        </w:rPr>
        <w:t>pro více informací</w:t>
      </w:r>
    </w:p>
    <w:p w14:paraId="3E80F76C" w14:textId="775C666D" w:rsidR="00745A3D" w:rsidRDefault="00604F5E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14418B"/>
          <w:sz w:val="18"/>
          <w:szCs w:val="18"/>
        </w:rPr>
      </w:pPr>
      <w:r>
        <w:rPr>
          <w:rFonts w:asciiTheme="majorHAnsi" w:hAnsiTheme="majorHAnsi" w:cstheme="majorHAnsi"/>
          <w:noProof/>
          <w:color w:val="14418B"/>
          <w:sz w:val="18"/>
          <w:szCs w:val="18"/>
        </w:rPr>
        <w:drawing>
          <wp:inline distT="0" distB="0" distL="0" distR="0" wp14:anchorId="2ED25411" wp14:editId="2742AF7B">
            <wp:extent cx="811273" cy="858161"/>
            <wp:effectExtent l="0" t="0" r="1905" b="5715"/>
            <wp:docPr id="1093719874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19874" name="Grafický objekt 1093719874"/>
                    <pic:cNvPicPr/>
                  </pic:nvPicPr>
                  <pic:blipFill rotWithShape="1"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 l="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816" cy="876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D7F87" w14:textId="74A0CE8F" w:rsidR="00903FE0" w:rsidRPr="003052B3" w:rsidRDefault="00903FE0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</w:pPr>
      <w:r w:rsidRPr="003052B3">
        <w:rPr>
          <w:rFonts w:asciiTheme="majorHAnsi" w:hAnsiTheme="majorHAnsi" w:cstheme="majorHAnsi"/>
          <w:color w:val="14418B"/>
          <w:sz w:val="18"/>
          <w:szCs w:val="18"/>
        </w:rPr>
        <w:t>jakprezitdluhy.cz/</w:t>
      </w:r>
      <w:proofErr w:type="spellStart"/>
      <w:r w:rsidRPr="003052B3">
        <w:rPr>
          <w:rFonts w:asciiTheme="majorHAnsi" w:hAnsiTheme="majorHAnsi" w:cstheme="majorHAnsi"/>
          <w:color w:val="14418B"/>
          <w:sz w:val="18"/>
          <w:szCs w:val="18"/>
        </w:rPr>
        <w:t>mlade</w:t>
      </w:r>
      <w:proofErr w:type="spellEnd"/>
    </w:p>
    <w:p w14:paraId="4C48FF95" w14:textId="1BAEBA7A" w:rsidR="003052B3" w:rsidRPr="00F8068D" w:rsidRDefault="002C76E8" w:rsidP="003052B3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color w:val="FF751F"/>
        </w:rPr>
        <w:br w:type="column"/>
      </w:r>
      <w:r w:rsidR="003052B3" w:rsidRPr="00F8068D">
        <w:rPr>
          <w:rFonts w:asciiTheme="majorHAnsi" w:hAnsiTheme="majorHAnsi" w:cstheme="majorHAnsi"/>
          <w:b/>
          <w:bCs/>
          <w:color w:val="FF751F"/>
        </w:rPr>
        <w:t>Online poradna</w:t>
      </w:r>
    </w:p>
    <w:p w14:paraId="4F80BD19" w14:textId="77777777" w:rsidR="00903FE0" w:rsidRPr="001D7C71" w:rsidRDefault="003052B3" w:rsidP="00903FE0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color w:val="14418B"/>
          <w:sz w:val="18"/>
          <w:szCs w:val="18"/>
        </w:rPr>
      </w:pPr>
      <w:r w:rsidRPr="001D7C71">
        <w:rPr>
          <w:rFonts w:asciiTheme="majorHAnsi" w:hAnsiTheme="majorHAnsi" w:cstheme="majorHAnsi"/>
          <w:b/>
          <w:bCs/>
          <w:color w:val="14418B"/>
          <w:sz w:val="18"/>
          <w:szCs w:val="18"/>
        </w:rPr>
        <w:t>můžeš napsat s čímkoliv</w:t>
      </w:r>
      <w:r w:rsidR="00903FE0" w:rsidRPr="001D7C71">
        <w:rPr>
          <w:rFonts w:asciiTheme="majorHAnsi" w:hAnsiTheme="majorHAnsi" w:cstheme="majorHAnsi"/>
          <w:b/>
          <w:bCs/>
          <w:color w:val="14418B"/>
          <w:sz w:val="18"/>
          <w:szCs w:val="18"/>
        </w:rPr>
        <w:t xml:space="preserve"> </w:t>
      </w:r>
    </w:p>
    <w:p w14:paraId="05E9C9A6" w14:textId="77777777" w:rsidR="005C5F99" w:rsidRDefault="005C5F99" w:rsidP="005C5F99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14418B"/>
          <w:sz w:val="18"/>
          <w:szCs w:val="18"/>
        </w:rPr>
      </w:pPr>
      <w:r>
        <w:rPr>
          <w:rFonts w:asciiTheme="majorHAnsi" w:hAnsiTheme="majorHAnsi" w:cstheme="majorHAnsi"/>
          <w:noProof/>
          <w:color w:val="14418B"/>
          <w:sz w:val="18"/>
          <w:szCs w:val="18"/>
        </w:rPr>
        <w:drawing>
          <wp:inline distT="0" distB="0" distL="0" distR="0" wp14:anchorId="74E9AB5C" wp14:editId="5E4A9D6B">
            <wp:extent cx="804358" cy="876300"/>
            <wp:effectExtent l="0" t="0" r="0" b="0"/>
            <wp:docPr id="37966072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60721" name="Grafický objekt 1"/>
                    <pic:cNvPicPr/>
                  </pic:nvPicPr>
                  <pic:blipFill rotWithShape="1"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l="5478" r="2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742" cy="876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0FFFF" w14:textId="72CA29B2" w:rsidR="00DA0B68" w:rsidRDefault="00903FE0" w:rsidP="0093106E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14418B"/>
          <w:sz w:val="18"/>
          <w:szCs w:val="18"/>
        </w:rPr>
      </w:pPr>
      <w:r w:rsidRPr="003052B3">
        <w:rPr>
          <w:rFonts w:asciiTheme="majorHAnsi" w:hAnsiTheme="majorHAnsi" w:cstheme="majorHAnsi"/>
          <w:color w:val="14418B"/>
          <w:sz w:val="18"/>
          <w:szCs w:val="18"/>
        </w:rPr>
        <w:t>facebook.com/</w:t>
      </w:r>
      <w:proofErr w:type="spellStart"/>
      <w:r w:rsidRPr="003052B3">
        <w:rPr>
          <w:rFonts w:asciiTheme="majorHAnsi" w:hAnsiTheme="majorHAnsi" w:cstheme="majorHAnsi"/>
          <w:color w:val="14418B"/>
          <w:sz w:val="18"/>
          <w:szCs w:val="18"/>
        </w:rPr>
        <w:t>VrozletuCvT</w:t>
      </w:r>
      <w:proofErr w:type="spellEnd"/>
    </w:p>
    <w:p w14:paraId="56B8438F" w14:textId="77777777" w:rsidR="0097420A" w:rsidRDefault="0097420A" w:rsidP="0093106E">
      <w:pPr>
        <w:pStyle w:val="Normlnweb"/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  <w:sectPr w:rsidR="0097420A" w:rsidSect="00445317">
          <w:type w:val="continuous"/>
          <w:pgSz w:w="11906" w:h="16838"/>
          <w:pgMar w:top="851" w:right="851" w:bottom="851" w:left="851" w:header="170" w:footer="170" w:gutter="0"/>
          <w:cols w:num="3" w:space="225" w:equalWidth="0">
            <w:col w:w="4253" w:space="225"/>
            <w:col w:w="2722" w:space="226"/>
            <w:col w:w="2778"/>
          </w:cols>
          <w:docGrid w:linePitch="360"/>
        </w:sectPr>
      </w:pPr>
    </w:p>
    <w:p w14:paraId="1905B811" w14:textId="361579F2" w:rsidR="007C37A6" w:rsidRPr="0093106E" w:rsidRDefault="00E4596D" w:rsidP="00CE7A17">
      <w:pPr>
        <w:pStyle w:val="Normlnweb"/>
        <w:pBdr>
          <w:top w:val="single" w:sz="8" w:space="1" w:color="auto"/>
        </w:pBdr>
        <w:spacing w:before="0" w:beforeAutospacing="0" w:after="0" w:afterAutospacing="0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F40005" wp14:editId="416E1F35">
                <wp:simplePos x="0" y="0"/>
                <wp:positionH relativeFrom="column">
                  <wp:posOffset>-739</wp:posOffset>
                </wp:positionH>
                <wp:positionV relativeFrom="paragraph">
                  <wp:posOffset>399155</wp:posOffset>
                </wp:positionV>
                <wp:extent cx="6387527" cy="624840"/>
                <wp:effectExtent l="0" t="0" r="635" b="0"/>
                <wp:wrapNone/>
                <wp:docPr id="2128408134" name="Skupin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527" cy="624840"/>
                          <a:chOff x="0" y="0"/>
                          <a:chExt cx="6387527" cy="624840"/>
                        </a:xfrm>
                      </wpg:grpSpPr>
                      <pic:pic xmlns:pic="http://schemas.openxmlformats.org/drawingml/2006/picture">
                        <pic:nvPicPr>
                          <pic:cNvPr id="2090221541" name="Grafický objekt 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254052" y="0"/>
                            <a:ext cx="1133475" cy="624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345251" name="Grafický objekt 4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2406"/>
                            <a:ext cx="2101850" cy="471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56C0F8" id="Skupina 5" o:spid="_x0000_s1026" style="position:absolute;margin-left:-.05pt;margin-top:31.45pt;width:502.95pt;height:49.2pt;z-index:251661312" coordsize="63875,6248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cký objekt 3" o:spid="_x0000_s1027" type="#_x0000_t75" style="position:absolute;left:52540;width:11335;height:62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">
                  <v:imagedata r:id="rId18" o:title=""/>
                </v:shape>
                <v:shape id="Grafický objekt 4" o:spid="_x0000_s1028" type="#_x0000_t75" style="position:absolute;top:1424;width:21018;height:471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">
                  <v:imagedata r:id="rId19" o:title=""/>
                </v:shape>
              </v:group>
            </w:pict>
          </mc:Fallback>
        </mc:AlternateContent>
      </w:r>
      <w:r w:rsidR="0097420A">
        <w:rPr>
          <w:rFonts w:asciiTheme="majorHAnsi" w:hAnsiTheme="majorHAnsi" w:cstheme="maj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29F8379" wp14:editId="70CEFE34">
                <wp:simplePos x="0" y="0"/>
                <wp:positionH relativeFrom="column">
                  <wp:posOffset>2496185</wp:posOffset>
                </wp:positionH>
                <wp:positionV relativeFrom="page">
                  <wp:posOffset>9803130</wp:posOffset>
                </wp:positionV>
                <wp:extent cx="2383155" cy="359410"/>
                <wp:effectExtent l="0" t="0" r="4445" b="8890"/>
                <wp:wrapNone/>
                <wp:docPr id="1242862710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15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92A97E" w14:textId="1D5C7DB3" w:rsidR="0097420A" w:rsidRPr="00FC4AC7" w:rsidRDefault="0097420A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C4AC7">
                              <w:rPr>
                                <w:rStyle w:val="agcmg"/>
                                <w:sz w:val="15"/>
                                <w:szCs w:val="15"/>
                              </w:rPr>
                              <w:t xml:space="preserve">V rozletu – finanční, </w:t>
                            </w:r>
                            <w:proofErr w:type="spellStart"/>
                            <w:r w:rsidRPr="00FC4AC7">
                              <w:rPr>
                                <w:rStyle w:val="agcmg"/>
                                <w:sz w:val="15"/>
                                <w:szCs w:val="15"/>
                              </w:rPr>
                              <w:t>protidluhový</w:t>
                            </w:r>
                            <w:proofErr w:type="spellEnd"/>
                            <w:r w:rsidRPr="00FC4AC7">
                              <w:rPr>
                                <w:rStyle w:val="agcmg"/>
                                <w:sz w:val="15"/>
                                <w:szCs w:val="15"/>
                              </w:rPr>
                              <w:t xml:space="preserve"> a pracovně právní program pro mladé v procesu osamostatňování, registrační číslo CZ.03.02.02/00/25_104/0006416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F837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96.55pt;margin-top:771.9pt;width:187.65pt;height:2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" filled="f" stroked="f" strokeweight=".5pt">
                <v:textbox inset="0,0,0,0">
                  <w:txbxContent>
                    <w:p w14:paraId="5592A97E" w14:textId="1D5C7DB3" w:rsidR="0097420A" w:rsidRPr="00FC4AC7" w:rsidRDefault="0097420A">
                      <w:pPr>
                        <w:rPr>
                          <w:sz w:val="15"/>
                          <w:szCs w:val="15"/>
                        </w:rPr>
                      </w:pPr>
                      <w:r w:rsidRPr="00FC4AC7">
                        <w:rPr>
                          <w:rStyle w:val="agcmg"/>
                          <w:sz w:val="15"/>
                          <w:szCs w:val="15"/>
                        </w:rPr>
                        <w:t xml:space="preserve">V rozletu – finanční, </w:t>
                      </w:r>
                      <w:proofErr w:type="spellStart"/>
                      <w:r w:rsidRPr="00FC4AC7">
                        <w:rPr>
                          <w:rStyle w:val="agcmg"/>
                          <w:sz w:val="15"/>
                          <w:szCs w:val="15"/>
                        </w:rPr>
                        <w:t>protidluhový</w:t>
                      </w:r>
                      <w:proofErr w:type="spellEnd"/>
                      <w:r w:rsidRPr="00FC4AC7">
                        <w:rPr>
                          <w:rStyle w:val="agcmg"/>
                          <w:sz w:val="15"/>
                          <w:szCs w:val="15"/>
                        </w:rPr>
                        <w:t xml:space="preserve"> a pracovně právní program pro mladé v procesu osamostatňování, registrační číslo CZ.03.02.02/00/25_104/0006416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7C37A6" w:rsidRPr="0093106E" w:rsidSect="0097420A">
      <w:type w:val="continuous"/>
      <w:pgSz w:w="11906" w:h="16838"/>
      <w:pgMar w:top="851" w:right="851" w:bottom="851" w:left="851" w:header="170" w:footer="170" w:gutter="0"/>
      <w:cols w:space="2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938621" w14:textId="77777777" w:rsidR="00B9352A" w:rsidRDefault="00B9352A" w:rsidP="006F51B8">
      <w:r>
        <w:separator/>
      </w:r>
    </w:p>
  </w:endnote>
  <w:endnote w:type="continuationSeparator" w:id="0">
    <w:p w14:paraId="03201059" w14:textId="77777777" w:rsidR="00B9352A" w:rsidRDefault="00B9352A" w:rsidP="006F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Nadpisy CS)">
    <w:altName w:val="Times New Roman"/>
    <w:panose1 w:val="020B0604020202020204"/>
    <w:charset w:val="00"/>
    <w:family w:val="roman"/>
    <w:notTrueType/>
    <w:pitch w:val="default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B8E12E" w14:textId="77777777" w:rsidR="00B9352A" w:rsidRDefault="00B9352A" w:rsidP="006F51B8">
      <w:r>
        <w:separator/>
      </w:r>
    </w:p>
  </w:footnote>
  <w:footnote w:type="continuationSeparator" w:id="0">
    <w:p w14:paraId="56EC7DAF" w14:textId="77777777" w:rsidR="00B9352A" w:rsidRDefault="00B9352A" w:rsidP="006F5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850FDA"/>
    <w:multiLevelType w:val="hybridMultilevel"/>
    <w:tmpl w:val="C59EE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902467"/>
    <w:multiLevelType w:val="hybridMultilevel"/>
    <w:tmpl w:val="6F14C27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6B5208"/>
    <w:multiLevelType w:val="hybridMultilevel"/>
    <w:tmpl w:val="9F50421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2B7AF9"/>
    <w:multiLevelType w:val="hybridMultilevel"/>
    <w:tmpl w:val="C58286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A114E2"/>
    <w:multiLevelType w:val="hybridMultilevel"/>
    <w:tmpl w:val="A5984996"/>
    <w:lvl w:ilvl="0" w:tplc="0405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 w16cid:durableId="1718814067">
    <w:abstractNumId w:val="8"/>
  </w:num>
  <w:num w:numId="2" w16cid:durableId="287276327">
    <w:abstractNumId w:val="6"/>
  </w:num>
  <w:num w:numId="3" w16cid:durableId="2073697638">
    <w:abstractNumId w:val="5"/>
  </w:num>
  <w:num w:numId="4" w16cid:durableId="899749534">
    <w:abstractNumId w:val="4"/>
  </w:num>
  <w:num w:numId="5" w16cid:durableId="1134714136">
    <w:abstractNumId w:val="7"/>
  </w:num>
  <w:num w:numId="6" w16cid:durableId="1331712925">
    <w:abstractNumId w:val="3"/>
  </w:num>
  <w:num w:numId="7" w16cid:durableId="1083915435">
    <w:abstractNumId w:val="2"/>
  </w:num>
  <w:num w:numId="8" w16cid:durableId="1624454888">
    <w:abstractNumId w:val="1"/>
  </w:num>
  <w:num w:numId="9" w16cid:durableId="226230353">
    <w:abstractNumId w:val="0"/>
  </w:num>
  <w:num w:numId="10" w16cid:durableId="724108240">
    <w:abstractNumId w:val="13"/>
  </w:num>
  <w:num w:numId="11" w16cid:durableId="911236779">
    <w:abstractNumId w:val="9"/>
  </w:num>
  <w:num w:numId="12" w16cid:durableId="1745879989">
    <w:abstractNumId w:val="12"/>
  </w:num>
  <w:num w:numId="13" w16cid:durableId="832911370">
    <w:abstractNumId w:val="10"/>
  </w:num>
  <w:num w:numId="14" w16cid:durableId="69481423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842"/>
    <w:rsid w:val="0006063C"/>
    <w:rsid w:val="00061BAA"/>
    <w:rsid w:val="00076DE4"/>
    <w:rsid w:val="00090EC1"/>
    <w:rsid w:val="00097180"/>
    <w:rsid w:val="001010A8"/>
    <w:rsid w:val="001137F9"/>
    <w:rsid w:val="0015074B"/>
    <w:rsid w:val="00174E6A"/>
    <w:rsid w:val="001C097E"/>
    <w:rsid w:val="001D7C71"/>
    <w:rsid w:val="001F6AC5"/>
    <w:rsid w:val="0020084D"/>
    <w:rsid w:val="002112B1"/>
    <w:rsid w:val="002138C9"/>
    <w:rsid w:val="00247EFF"/>
    <w:rsid w:val="0027074A"/>
    <w:rsid w:val="00282481"/>
    <w:rsid w:val="0029639D"/>
    <w:rsid w:val="002A6117"/>
    <w:rsid w:val="002B4EC7"/>
    <w:rsid w:val="002C76E8"/>
    <w:rsid w:val="003052B3"/>
    <w:rsid w:val="00326F90"/>
    <w:rsid w:val="00335667"/>
    <w:rsid w:val="003618F5"/>
    <w:rsid w:val="003B6749"/>
    <w:rsid w:val="00400C78"/>
    <w:rsid w:val="00425DCB"/>
    <w:rsid w:val="0043762D"/>
    <w:rsid w:val="00445317"/>
    <w:rsid w:val="004A3655"/>
    <w:rsid w:val="004C5FCD"/>
    <w:rsid w:val="005A4CCA"/>
    <w:rsid w:val="005C5F99"/>
    <w:rsid w:val="00604F5E"/>
    <w:rsid w:val="00625147"/>
    <w:rsid w:val="0062647A"/>
    <w:rsid w:val="00690EAC"/>
    <w:rsid w:val="006C7A17"/>
    <w:rsid w:val="006F4600"/>
    <w:rsid w:val="006F51B8"/>
    <w:rsid w:val="00730FCF"/>
    <w:rsid w:val="00745A3D"/>
    <w:rsid w:val="007C37A6"/>
    <w:rsid w:val="00803E0C"/>
    <w:rsid w:val="00847C77"/>
    <w:rsid w:val="00857F7E"/>
    <w:rsid w:val="008621FE"/>
    <w:rsid w:val="00897186"/>
    <w:rsid w:val="00903FE0"/>
    <w:rsid w:val="0093106E"/>
    <w:rsid w:val="009341C7"/>
    <w:rsid w:val="0094540E"/>
    <w:rsid w:val="0097420A"/>
    <w:rsid w:val="00984EA9"/>
    <w:rsid w:val="009C7CE3"/>
    <w:rsid w:val="009D12A1"/>
    <w:rsid w:val="00A11674"/>
    <w:rsid w:val="00A40E9B"/>
    <w:rsid w:val="00A74F0E"/>
    <w:rsid w:val="00A90DAA"/>
    <w:rsid w:val="00AA1D8D"/>
    <w:rsid w:val="00AF45F2"/>
    <w:rsid w:val="00B078B7"/>
    <w:rsid w:val="00B1054E"/>
    <w:rsid w:val="00B11B3A"/>
    <w:rsid w:val="00B47730"/>
    <w:rsid w:val="00B75EA9"/>
    <w:rsid w:val="00B9352A"/>
    <w:rsid w:val="00BE0CB5"/>
    <w:rsid w:val="00BF03FF"/>
    <w:rsid w:val="00BF7864"/>
    <w:rsid w:val="00C156CE"/>
    <w:rsid w:val="00C717B6"/>
    <w:rsid w:val="00CB0664"/>
    <w:rsid w:val="00CE7A17"/>
    <w:rsid w:val="00CE7A92"/>
    <w:rsid w:val="00CE7D56"/>
    <w:rsid w:val="00D61245"/>
    <w:rsid w:val="00D9563C"/>
    <w:rsid w:val="00DA0B68"/>
    <w:rsid w:val="00DA33E6"/>
    <w:rsid w:val="00DF70A5"/>
    <w:rsid w:val="00E01E57"/>
    <w:rsid w:val="00E4596D"/>
    <w:rsid w:val="00EC3DE7"/>
    <w:rsid w:val="00F8068D"/>
    <w:rsid w:val="00F871A2"/>
    <w:rsid w:val="00FC4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730D8"/>
  <w14:defaultImageDpi w14:val="300"/>
  <w15:docId w15:val="{8B7546C3-F76C-4E5D-9C83-C2EC8146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51B8"/>
    <w:pPr>
      <w:spacing w:after="60" w:line="240" w:lineRule="auto"/>
    </w:pPr>
    <w:rPr>
      <w:rFonts w:ascii="Calibri" w:hAnsi="Calibri" w:cs="Calibri"/>
      <w:sz w:val="18"/>
      <w:szCs w:val="18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717B6"/>
    <w:pPr>
      <w:keepNext/>
      <w:keepLines/>
      <w:spacing w:before="120" w:after="0"/>
      <w:outlineLvl w:val="0"/>
    </w:pPr>
    <w:rPr>
      <w:rFonts w:asciiTheme="majorHAnsi" w:eastAsiaTheme="majorEastAsia" w:hAnsiTheme="majorHAnsi" w:cstheme="majorBidi"/>
      <w:b/>
      <w:bCs/>
      <w:color w:val="F79646" w:themeColor="accent6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C717B6"/>
    <w:rPr>
      <w:rFonts w:asciiTheme="majorHAnsi" w:eastAsiaTheme="majorEastAsia" w:hAnsiTheme="majorHAnsi" w:cstheme="majorBidi"/>
      <w:b/>
      <w:bCs/>
      <w:color w:val="F79646" w:themeColor="accent6"/>
      <w:sz w:val="24"/>
      <w:szCs w:val="24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CE7D56"/>
    <w:pPr>
      <w:spacing w:after="0"/>
      <w:contextualSpacing/>
    </w:pPr>
    <w:rPr>
      <w:rFonts w:asciiTheme="majorHAnsi" w:eastAsiaTheme="majorEastAsia" w:hAnsiTheme="majorHAnsi" w:cstheme="majorBidi"/>
      <w:b/>
      <w:bCs/>
      <w:color w:val="004290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E7D56"/>
    <w:rPr>
      <w:rFonts w:asciiTheme="majorHAnsi" w:eastAsiaTheme="majorEastAsia" w:hAnsiTheme="majorHAnsi" w:cstheme="majorBidi"/>
      <w:b/>
      <w:bCs/>
      <w:color w:val="004290"/>
      <w:spacing w:val="5"/>
      <w:kern w:val="28"/>
      <w:sz w:val="52"/>
      <w:szCs w:val="52"/>
      <w:lang w:val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E7D56"/>
    <w:pPr>
      <w:numPr>
        <w:ilvl w:val="1"/>
      </w:numPr>
    </w:pPr>
    <w:rPr>
      <w:rFonts w:asciiTheme="majorHAnsi" w:eastAsiaTheme="majorEastAsia" w:hAnsiTheme="majorHAnsi" w:cs="Times New Roman (Nadpisy CS)"/>
      <w:color w:val="4F81BD" w:themeColor="accent1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CE7D56"/>
    <w:rPr>
      <w:rFonts w:asciiTheme="majorHAnsi" w:eastAsiaTheme="majorEastAsia" w:hAnsiTheme="majorHAnsi" w:cs="Times New Roman (Nadpisy CS)"/>
      <w:color w:val="4F81BD" w:themeColor="accent1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9C7C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7CE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7CE3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7C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7CE3"/>
    <w:rPr>
      <w:rFonts w:ascii="Arial" w:hAnsi="Arial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47EF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7E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3052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gcmg">
    <w:name w:val="a_gcmg"/>
    <w:basedOn w:val="Standardnpsmoodstavce"/>
    <w:rsid w:val="00974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yperlink" Target="mailto:vlastimila.sachrova@clovekvtisni.cz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8342453-69ce-4b7b-a3e2-cda219f2985e}" enabled="0" method="" siteId="{c8342453-69ce-4b7b-a3e2-cda219f298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493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Pospíšil Jan</cp:lastModifiedBy>
  <cp:revision>77</cp:revision>
  <dcterms:created xsi:type="dcterms:W3CDTF">2026-10-14T21:04:00Z</dcterms:created>
  <dcterms:modified xsi:type="dcterms:W3CDTF">2026-10-14T22:39:00Z</dcterms:modified>
  <cp:category/>
</cp:coreProperties>
</file>